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E69CCF" w14:textId="77777777" w:rsidR="00B123AF" w:rsidRDefault="00000000">
      <w:pPr>
        <w:jc w:val="center"/>
      </w:pPr>
      <w:r>
        <w:t>VZOROVÝ FORMULÁR NA ODSTÚPENIE OD KÚPNEJ ZMLUVY</w:t>
      </w:r>
    </w:p>
    <w:p w14:paraId="581A67D2" w14:textId="77777777" w:rsidR="00B123AF" w:rsidRDefault="00000000">
      <w:pPr>
        <w:jc w:val="center"/>
      </w:pPr>
      <w:r>
        <w:t>pre spotrebiteľa</w:t>
      </w:r>
    </w:p>
    <w:tbl>
      <w:tblPr>
        <w:tblW w:w="0" w:type="auto"/>
        <w:jc w:val="center"/>
        <w:tblLayout w:type="fixed"/>
        <w:tblLook w:val="04A0" w:firstRow="1" w:lastRow="0" w:firstColumn="1" w:lastColumn="0" w:noHBand="0" w:noVBand="1"/>
      </w:tblPr>
      <w:tblGrid>
        <w:gridCol w:w="5213"/>
        <w:gridCol w:w="5213"/>
      </w:tblGrid>
      <w:tr w:rsidR="00B123AF" w14:paraId="4E74837F" w14:textId="77777777">
        <w:trPr>
          <w:jc w:val="center"/>
        </w:trPr>
        <w:tc>
          <w:tcPr>
            <w:tcW w:w="5213" w:type="dxa"/>
            <w:shd w:val="clear" w:color="auto" w:fill="EDEDED"/>
            <w:tcMar>
              <w:top w:w="80" w:type="dxa"/>
              <w:left w:w="100" w:type="dxa"/>
              <w:bottom w:w="80" w:type="dxa"/>
              <w:right w:w="100" w:type="dxa"/>
            </w:tcMar>
          </w:tcPr>
          <w:p w14:paraId="080DCD17" w14:textId="77777777" w:rsidR="00B151A7" w:rsidRDefault="00000000">
            <w:r>
              <w:t>Predávajúci</w:t>
            </w:r>
            <w:r>
              <w:br/>
              <w:t>DATAMATRIX s.r.o.</w:t>
            </w:r>
            <w:r>
              <w:br/>
              <w:t>IČ: 08220697</w:t>
            </w:r>
            <w:r>
              <w:br/>
              <w:t>info@eroute.cz</w:t>
            </w:r>
          </w:p>
        </w:tc>
        <w:tc>
          <w:tcPr>
            <w:tcW w:w="5213" w:type="dxa"/>
            <w:shd w:val="clear" w:color="auto" w:fill="EDEDED"/>
            <w:tcMar>
              <w:top w:w="80" w:type="dxa"/>
              <w:left w:w="100" w:type="dxa"/>
              <w:bottom w:w="80" w:type="dxa"/>
              <w:right w:w="100" w:type="dxa"/>
            </w:tcMar>
          </w:tcPr>
          <w:p w14:paraId="1481B11E" w14:textId="77777777" w:rsidR="00B151A7" w:rsidRDefault="00000000">
            <w:r>
              <w:t>Adresa na vrátenie tovaru</w:t>
            </w:r>
            <w:r>
              <w:br/>
              <w:t>Stará Kysibelská 695/73b</w:t>
            </w:r>
            <w:r>
              <w:br/>
              <w:t>360 20 Karlovy Vary 1</w:t>
            </w:r>
          </w:p>
        </w:tc>
      </w:tr>
    </w:tbl>
    <w:p w14:paraId="66E5706F" w14:textId="77777777" w:rsidR="00B123AF" w:rsidRDefault="00000000">
      <w:r>
        <w:t>Oznamujem, že týmto odstupujem od kúpnej zmluvy uzavretej s predávajúcim vo vzťahu k nižšie uvedenému tovaru:</w:t>
      </w:r>
    </w:p>
    <w:p w14:paraId="0B172F3D" w14:textId="77777777" w:rsidR="00B123AF" w:rsidRDefault="00000000">
      <w:r>
        <w:t>Tovar:</w:t>
      </w:r>
    </w:p>
    <w:p w14:paraId="137BF3A1" w14:textId="77777777" w:rsidR="00B123AF" w:rsidRDefault="00000000">
      <w:pPr>
        <w:spacing w:after="40"/>
      </w:pPr>
      <w:r>
        <w:t>................................................................................................................................................................</w:t>
      </w:r>
    </w:p>
    <w:tbl>
      <w:tblPr>
        <w:tblW w:w="0" w:type="auto"/>
        <w:jc w:val="center"/>
        <w:tblLayout w:type="fixed"/>
        <w:tblLook w:val="04A0" w:firstRow="1" w:lastRow="0" w:firstColumn="1" w:lastColumn="0" w:noHBand="0" w:noVBand="1"/>
      </w:tblPr>
      <w:tblGrid>
        <w:gridCol w:w="5213"/>
        <w:gridCol w:w="5213"/>
      </w:tblGrid>
      <w:tr w:rsidR="00B123AF" w14:paraId="1B06C11E" w14:textId="77777777">
        <w:trPr>
          <w:jc w:val="center"/>
        </w:trPr>
        <w:tc>
          <w:tcPr>
            <w:tcW w:w="5213" w:type="dxa"/>
            <w:tcMar>
              <w:top w:w="80" w:type="dxa"/>
              <w:left w:w="100" w:type="dxa"/>
              <w:bottom w:w="80" w:type="dxa"/>
              <w:right w:w="100" w:type="dxa"/>
            </w:tcMar>
            <w:vAlign w:val="center"/>
          </w:tcPr>
          <w:p w14:paraId="153E315F" w14:textId="77777777" w:rsidR="00B151A7" w:rsidRDefault="00000000">
            <w:r>
              <w:t>Číslo objednávky / predajného dokladu:</w:t>
            </w:r>
            <w:r>
              <w:br/>
              <w:t>........................................................</w:t>
            </w:r>
          </w:p>
        </w:tc>
        <w:tc>
          <w:tcPr>
            <w:tcW w:w="5213" w:type="dxa"/>
            <w:tcMar>
              <w:top w:w="80" w:type="dxa"/>
              <w:left w:w="100" w:type="dxa"/>
              <w:bottom w:w="80" w:type="dxa"/>
              <w:right w:w="100" w:type="dxa"/>
            </w:tcMar>
            <w:vAlign w:val="center"/>
          </w:tcPr>
          <w:p w14:paraId="0DF8C0BD" w14:textId="77777777" w:rsidR="00B151A7" w:rsidRDefault="00000000">
            <w:r>
              <w:br/>
              <w:t>........................................................</w:t>
            </w:r>
          </w:p>
        </w:tc>
      </w:tr>
      <w:tr w:rsidR="00B123AF" w14:paraId="3DFA74B3" w14:textId="77777777">
        <w:trPr>
          <w:jc w:val="center"/>
        </w:trPr>
        <w:tc>
          <w:tcPr>
            <w:tcW w:w="5213" w:type="dxa"/>
            <w:tcMar>
              <w:top w:w="80" w:type="dxa"/>
              <w:left w:w="100" w:type="dxa"/>
              <w:bottom w:w="80" w:type="dxa"/>
              <w:right w:w="100" w:type="dxa"/>
            </w:tcMar>
            <w:vAlign w:val="center"/>
          </w:tcPr>
          <w:p w14:paraId="6D2B670D" w14:textId="77777777" w:rsidR="00B151A7" w:rsidRDefault="00000000">
            <w:r>
              <w:t>Dátum objednania:</w:t>
            </w:r>
            <w:r>
              <w:br/>
              <w:t>........................................................</w:t>
            </w:r>
          </w:p>
        </w:tc>
        <w:tc>
          <w:tcPr>
            <w:tcW w:w="5213" w:type="dxa"/>
            <w:tcMar>
              <w:top w:w="80" w:type="dxa"/>
              <w:left w:w="100" w:type="dxa"/>
              <w:bottom w:w="80" w:type="dxa"/>
              <w:right w:w="100" w:type="dxa"/>
            </w:tcMar>
            <w:vAlign w:val="center"/>
          </w:tcPr>
          <w:p w14:paraId="351D3EAE" w14:textId="77777777" w:rsidR="00B151A7" w:rsidRDefault="00000000">
            <w:r>
              <w:t>Dátum prevzatia tovaru:</w:t>
            </w:r>
            <w:r>
              <w:br/>
              <w:t>........................................................</w:t>
            </w:r>
          </w:p>
        </w:tc>
      </w:tr>
      <w:tr w:rsidR="00B123AF" w14:paraId="6E398750" w14:textId="77777777">
        <w:trPr>
          <w:jc w:val="center"/>
        </w:trPr>
        <w:tc>
          <w:tcPr>
            <w:tcW w:w="5213" w:type="dxa"/>
            <w:tcMar>
              <w:top w:w="80" w:type="dxa"/>
              <w:left w:w="100" w:type="dxa"/>
              <w:bottom w:w="80" w:type="dxa"/>
              <w:right w:w="100" w:type="dxa"/>
            </w:tcMar>
            <w:vAlign w:val="center"/>
          </w:tcPr>
          <w:p w14:paraId="4C5BC88D" w14:textId="77777777" w:rsidR="00B151A7" w:rsidRDefault="00000000">
            <w:r>
              <w:t>Meno a priezvisko spotrebiteľa:</w:t>
            </w:r>
            <w:r>
              <w:br/>
              <w:t>........................................................</w:t>
            </w:r>
          </w:p>
        </w:tc>
        <w:tc>
          <w:tcPr>
            <w:tcW w:w="5213" w:type="dxa"/>
            <w:tcMar>
              <w:top w:w="80" w:type="dxa"/>
              <w:left w:w="100" w:type="dxa"/>
              <w:bottom w:w="80" w:type="dxa"/>
              <w:right w:w="100" w:type="dxa"/>
            </w:tcMar>
            <w:vAlign w:val="center"/>
          </w:tcPr>
          <w:p w14:paraId="782994AC" w14:textId="77777777" w:rsidR="00B151A7" w:rsidRDefault="00000000">
            <w:r>
              <w:t>Telefón / e-mail:</w:t>
            </w:r>
            <w:r>
              <w:br/>
              <w:t>........................................................</w:t>
            </w:r>
          </w:p>
        </w:tc>
      </w:tr>
    </w:tbl>
    <w:p w14:paraId="3008F96E" w14:textId="77777777" w:rsidR="00B123AF" w:rsidRDefault="00000000">
      <w:r>
        <w:t>Adresa spotrebiteľa:</w:t>
      </w:r>
    </w:p>
    <w:p w14:paraId="6355C40E" w14:textId="77777777" w:rsidR="00B123AF" w:rsidRDefault="00000000">
      <w:pPr>
        <w:spacing w:after="40"/>
      </w:pPr>
      <w:r>
        <w:t>................................................................................................................................................................</w:t>
      </w:r>
    </w:p>
    <w:p w14:paraId="6C4F37C8" w14:textId="77777777" w:rsidR="00B123AF" w:rsidRDefault="00000000">
      <w:r>
        <w:t>Spôsob vrátenia tovaru predávajúcemu:</w:t>
      </w:r>
    </w:p>
    <w:p w14:paraId="361BE6AC" w14:textId="77777777" w:rsidR="00B123AF" w:rsidRDefault="00000000">
      <w:pPr>
        <w:spacing w:after="80"/>
      </w:pPr>
      <w:r>
        <w:t>☐ osobne na vyššie uvedenej adrese     ☐ prepravcom / iným spôsobom</w:t>
      </w:r>
    </w:p>
    <w:p w14:paraId="676D276E" w14:textId="77777777" w:rsidR="00B123AF" w:rsidRDefault="00000000">
      <w:r>
        <w:t>Vrátenie peňažných prostriedkov:</w:t>
      </w:r>
    </w:p>
    <w:p w14:paraId="618E83B8" w14:textId="77777777" w:rsidR="00B123AF" w:rsidRDefault="00000000">
      <w:r>
        <w:t>Peňažné prostriedky budú vrátené rovnakým spôsobom, akým ich predávajúci prijal, pokiaľ sa strany nedohodnú inak. Ak požadujem vrátenie na bankový účet, uvádzam:</w:t>
      </w:r>
    </w:p>
    <w:p w14:paraId="3360251A" w14:textId="77777777" w:rsidR="00B123AF" w:rsidRDefault="00000000">
      <w:r>
        <w:t>Číslo účtu: ........................................................ / ....................</w:t>
      </w:r>
    </w:p>
    <w:p w14:paraId="0A7C2892" w14:textId="302C6CAC" w:rsidR="00B123AF" w:rsidRDefault="00000000">
      <w:pPr>
        <w:spacing w:before="60" w:after="120"/>
      </w:pPr>
      <w:r>
        <w:t xml:space="preserve">Informácie k odstúpeniu: Tovar musí byť predávajúcemu vrátený najneskôr do 14 dní od odstúpenia od zmluvy. Náklady spojené s vrátením tovaru znáša spotrebiteľ, a to aj vtedy, ak tovar vzhľadom na svoju povahu nemožno vrátiť bežnou poštovou cestou. Predávajúci nie je povinný vrátiť prijaté peňažné prostriedky skôr, ako mu spotrebiteľ tovar vráti alebo preukáže, že ho predávajúcemu odoslal. Podrobnosti stanovuje čl. 5 obchodných podmienok Eroute, dostupných na </w:t>
      </w:r>
      <w:r w:rsidR="0000628A" w:rsidRPr="0000628A">
        <w:t>https://www.eroute.sk/obchodne-podmienky/</w:t>
      </w:r>
      <w:r w:rsidR="0000628A">
        <w:t>.</w:t>
      </w:r>
    </w:p>
    <w:tbl>
      <w:tblPr>
        <w:tblW w:w="0" w:type="auto"/>
        <w:jc w:val="center"/>
        <w:tblLook w:val="04A0" w:firstRow="1" w:lastRow="0" w:firstColumn="1" w:lastColumn="0" w:noHBand="0" w:noVBand="1"/>
      </w:tblPr>
      <w:tblGrid>
        <w:gridCol w:w="3475"/>
        <w:gridCol w:w="3475"/>
        <w:gridCol w:w="3475"/>
      </w:tblGrid>
      <w:tr w:rsidR="00B123AF" w14:paraId="020E724B" w14:textId="77777777">
        <w:trPr>
          <w:jc w:val="center"/>
        </w:trPr>
        <w:tc>
          <w:tcPr>
            <w:tcW w:w="3475" w:type="dxa"/>
            <w:tcMar>
              <w:top w:w="100" w:type="dxa"/>
              <w:left w:w="80" w:type="dxa"/>
              <w:bottom w:w="100" w:type="dxa"/>
              <w:right w:w="80" w:type="dxa"/>
            </w:tcMar>
          </w:tcPr>
          <w:p w14:paraId="582D1F83" w14:textId="77777777" w:rsidR="00B151A7" w:rsidRDefault="00000000">
            <w:r>
              <w:t>V ........................................</w:t>
            </w:r>
          </w:p>
        </w:tc>
        <w:tc>
          <w:tcPr>
            <w:tcW w:w="3475" w:type="dxa"/>
            <w:tcMar>
              <w:top w:w="100" w:type="dxa"/>
              <w:left w:w="80" w:type="dxa"/>
              <w:bottom w:w="100" w:type="dxa"/>
              <w:right w:w="80" w:type="dxa"/>
            </w:tcMar>
          </w:tcPr>
          <w:p w14:paraId="561EC073" w14:textId="77777777" w:rsidR="00B151A7" w:rsidRDefault="00000000">
            <w:r>
              <w:t>dňa ........................................</w:t>
            </w:r>
          </w:p>
        </w:tc>
        <w:tc>
          <w:tcPr>
            <w:tcW w:w="3475" w:type="dxa"/>
            <w:tcMar>
              <w:top w:w="100" w:type="dxa"/>
              <w:left w:w="80" w:type="dxa"/>
              <w:bottom w:w="100" w:type="dxa"/>
              <w:right w:w="80" w:type="dxa"/>
            </w:tcMar>
          </w:tcPr>
          <w:p w14:paraId="74C9F023" w14:textId="77777777" w:rsidR="00B151A7" w:rsidRDefault="00000000">
            <w:r>
              <w:t>Podpis spotrebiteľa:</w:t>
            </w:r>
            <w:r>
              <w:br/>
              <w:t>........................................</w:t>
            </w:r>
          </w:p>
        </w:tc>
      </w:tr>
    </w:tbl>
    <w:p w14:paraId="7F435938" w14:textId="77777777" w:rsidR="00B123AF" w:rsidRDefault="00000000">
      <w:pPr>
        <w:spacing w:before="140"/>
      </w:pPr>
      <w:r>
        <w:t>Poznámka: Použitie tohto formulára nie je povinné. Odstúpenie možno vykonať aj prostredníctvom funkcie na odstúpenie dostupnej vo webovom rozhraní obchodu podľa čl. 5.8 obchodných podmienok.</w:t>
      </w:r>
    </w:p>
    <w:sectPr w:rsidR="00B123AF" w:rsidSect="00034616">
      <w:pgSz w:w="12240" w:h="15840"/>
      <w:pgMar w:top="737" w:right="907" w:bottom="73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656227595">
    <w:abstractNumId w:val="8"/>
  </w:num>
  <w:num w:numId="2" w16cid:durableId="3750678">
    <w:abstractNumId w:val="6"/>
  </w:num>
  <w:num w:numId="3" w16cid:durableId="146164702">
    <w:abstractNumId w:val="5"/>
  </w:num>
  <w:num w:numId="4" w16cid:durableId="1033923884">
    <w:abstractNumId w:val="4"/>
  </w:num>
  <w:num w:numId="5" w16cid:durableId="1610812226">
    <w:abstractNumId w:val="7"/>
  </w:num>
  <w:num w:numId="6" w16cid:durableId="510797837">
    <w:abstractNumId w:val="3"/>
  </w:num>
  <w:num w:numId="7" w16cid:durableId="249314370">
    <w:abstractNumId w:val="2"/>
  </w:num>
  <w:num w:numId="8" w16cid:durableId="813791217">
    <w:abstractNumId w:val="1"/>
  </w:num>
  <w:num w:numId="9" w16cid:durableId="95494918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28A"/>
    <w:rsid w:val="00034616"/>
    <w:rsid w:val="0006063C"/>
    <w:rsid w:val="0015074B"/>
    <w:rsid w:val="0029639D"/>
    <w:rsid w:val="00326F90"/>
    <w:rsid w:val="00434B9D"/>
    <w:rsid w:val="00AA1D8D"/>
    <w:rsid w:val="00B123AF"/>
    <w:rsid w:val="00B151A7"/>
    <w:rsid w:val="00B47730"/>
    <w:rsid w:val="00BC031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DCA023"/>
  <w14:defaultImageDpi w14:val="300"/>
  <w15:docId w15:val="{996B9EEA-3208-2E4B-A78B-CFCBC6687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60"/>
    </w:pPr>
    <w:rPr>
      <w:rFonts w:ascii="Arial" w:hAnsi="Arial"/>
      <w:sz w:val="19"/>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217</Words>
  <Characters>2158</Characters>
  <Application>Microsoft Office Word</Application>
  <DocSecurity>0</DocSecurity>
  <Lines>44</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Datamatrix s.r.o.</cp:lastModifiedBy>
  <cp:revision>3</cp:revision>
  <dcterms:created xsi:type="dcterms:W3CDTF">2026-10-04T16:36:00Z</dcterms:created>
  <dcterms:modified xsi:type="dcterms:W3CDTF">2026-10-04T16:43:00Z</dcterms:modified>
  <cp:category/>
</cp:coreProperties>
</file>