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8B6B61" w14:textId="77777777" w:rsidR="00733DAD" w:rsidRDefault="00000000">
      <w:pPr>
        <w:jc w:val="center"/>
      </w:pPr>
      <w:r>
        <w:t>UPLATNENIE PRÁVA Z VADNÉHO PLNENIA (REKLAMÁCIA)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733DAD" w14:paraId="684D3750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328E6" w14:textId="77777777" w:rsidR="009D0C36" w:rsidRDefault="00000000">
            <w:r>
              <w:t>Meno a priezvisko: ........................................................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4F665" w14:textId="77777777" w:rsidR="00733DAD" w:rsidRDefault="00000000">
            <w:pPr>
              <w:spacing w:after="0"/>
            </w:pPr>
            <w:r>
              <w:t>DATAMATRIX s.r.o.</w:t>
            </w:r>
          </w:p>
        </w:tc>
      </w:tr>
      <w:tr w:rsidR="00733DAD" w14:paraId="3E670108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FE1DC" w14:textId="77777777" w:rsidR="009D0C36" w:rsidRDefault="00000000">
            <w:r>
              <w:t>Adresa: ........................................................................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8A10C" w14:textId="77777777" w:rsidR="00733DAD" w:rsidRDefault="00000000">
            <w:pPr>
              <w:spacing w:after="0"/>
            </w:pPr>
            <w:r>
              <w:t>IČ: 08220697</w:t>
            </w:r>
          </w:p>
        </w:tc>
      </w:tr>
      <w:tr w:rsidR="00733DAD" w14:paraId="28CAE723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F682D" w14:textId="77777777" w:rsidR="009D0C36" w:rsidRDefault="00000000">
            <w:r>
              <w:t>Telefón / e-mail: ...........................................................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C38C6" w14:textId="77777777" w:rsidR="00733DAD" w:rsidRDefault="00000000">
            <w:pPr>
              <w:spacing w:after="0"/>
            </w:pPr>
            <w:r>
              <w:t>Na Folimance 2155/15, 120 00 Praha</w:t>
            </w:r>
          </w:p>
        </w:tc>
      </w:tr>
      <w:tr w:rsidR="00733DAD" w14:paraId="4107A1CB" w14:textId="77777777">
        <w:trPr>
          <w:jc w:val="center"/>
        </w:trPr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1F013" w14:textId="77777777" w:rsidR="009D0C36" w:rsidRDefault="00000000">
            <w:r>
              <w:t>Číslo objednávky / dokladu: ...........................................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3D1E2" w14:textId="77777777" w:rsidR="00733DAD" w:rsidRDefault="00000000">
            <w:pPr>
              <w:spacing w:after="0"/>
            </w:pPr>
            <w:r>
              <w:t>info@eroute.cz</w:t>
            </w:r>
          </w:p>
        </w:tc>
      </w:tr>
    </w:tbl>
    <w:p w14:paraId="5CD6C8A7" w14:textId="77777777" w:rsidR="00733DAD" w:rsidRDefault="00000000">
      <w:r>
        <w:t>Dátum uplatnenia reklamácie: ........................................</w:t>
      </w:r>
    </w:p>
    <w:p w14:paraId="36DC9BB1" w14:textId="77777777" w:rsidR="00733DAD" w:rsidRDefault="00000000">
      <w:r>
        <w:t>Reklamované zariadenie:</w:t>
      </w:r>
    </w:p>
    <w:p w14:paraId="484D93CA" w14:textId="77777777" w:rsidR="00733DAD" w:rsidRDefault="00000000">
      <w:r>
        <w:t>................................................................................................................................................................</w:t>
      </w:r>
    </w:p>
    <w:p w14:paraId="632B98F4" w14:textId="77777777" w:rsidR="00733DAD" w:rsidRDefault="00000000">
      <w:r>
        <w:t>Popis vady:</w:t>
      </w:r>
    </w:p>
    <w:p w14:paraId="1A97AA0D" w14:textId="77777777" w:rsidR="00733DAD" w:rsidRDefault="00000000">
      <w:r>
        <w:t>................................................................................................................................................................</w:t>
      </w:r>
      <w:r>
        <w:br/>
        <w:t>................................................................................................................................................................</w:t>
      </w:r>
    </w:p>
    <w:p w14:paraId="47636D4B" w14:textId="77777777" w:rsidR="00733DAD" w:rsidRDefault="00000000">
      <w:r>
        <w:t>Požadovaný spôsob vybavenia reklamácie:</w:t>
      </w:r>
    </w:p>
    <w:p w14:paraId="4C64B568" w14:textId="77777777" w:rsidR="00733DAD" w:rsidRDefault="00000000">
      <w:r>
        <w:t>☐ oprava     ☐ výmena     ☐ iná požiadavka: ................................................................................................</w:t>
      </w:r>
    </w:p>
    <w:p w14:paraId="4E90247B" w14:textId="77777777" w:rsidR="00733DAD" w:rsidRDefault="00000000">
      <w:r>
        <w:t>Spôsob odovzdania reklamovaného zariadenia na posúdenie:</w:t>
      </w:r>
    </w:p>
    <w:p w14:paraId="0AD46A63" w14:textId="77777777" w:rsidR="00733DAD" w:rsidRDefault="00000000">
      <w:r>
        <w:t>☐ technik Eroute     ☐ externý dopravca     ☐ osobne v servisnom stredisku Eroute</w:t>
      </w:r>
    </w:p>
    <w:p w14:paraId="12021A6E" w14:textId="77777777" w:rsidR="00733DAD" w:rsidRDefault="00000000">
      <w:r>
        <w:t>Servisné stredisko: Stará Kysibelská 695/73b, 360 20 Karlovy Vary 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95"/>
        <w:gridCol w:w="5556"/>
      </w:tblGrid>
      <w:tr w:rsidR="00733DAD" w14:paraId="16E96570" w14:textId="77777777">
        <w:trPr>
          <w:jc w:val="center"/>
        </w:trPr>
        <w:tc>
          <w:tcPr>
            <w:tcW w:w="4195" w:type="dxa"/>
          </w:tcPr>
          <w:p w14:paraId="75BCA5DB" w14:textId="77777777" w:rsidR="009D0C36" w:rsidRDefault="00000000">
            <w:r>
              <w:t>Dohodnutý termín dopravy / odovzdania:</w:t>
            </w:r>
          </w:p>
        </w:tc>
        <w:tc>
          <w:tcPr>
            <w:tcW w:w="5556" w:type="dxa"/>
          </w:tcPr>
          <w:p w14:paraId="6133AFBA" w14:textId="77777777" w:rsidR="00733DAD" w:rsidRDefault="00000000">
            <w:pPr>
              <w:spacing w:after="0"/>
            </w:pPr>
            <w:r>
              <w:t>........................................................</w:t>
            </w:r>
          </w:p>
        </w:tc>
      </w:tr>
      <w:tr w:rsidR="00733DAD" w14:paraId="40896560" w14:textId="77777777">
        <w:trPr>
          <w:jc w:val="center"/>
        </w:trPr>
        <w:tc>
          <w:tcPr>
            <w:tcW w:w="4195" w:type="dxa"/>
          </w:tcPr>
          <w:p w14:paraId="12E53EA0" w14:textId="77777777" w:rsidR="009D0C36" w:rsidRDefault="00000000">
            <w:r>
              <w:t>Dátum doručenia / odovzdania technikovi:</w:t>
            </w:r>
          </w:p>
        </w:tc>
        <w:tc>
          <w:tcPr>
            <w:tcW w:w="5556" w:type="dxa"/>
          </w:tcPr>
          <w:p w14:paraId="7FA037CB" w14:textId="77777777" w:rsidR="00733DAD" w:rsidRDefault="00000000">
            <w:pPr>
              <w:spacing w:after="0"/>
            </w:pPr>
            <w:r>
              <w:t>........................................................</w:t>
            </w:r>
          </w:p>
        </w:tc>
      </w:tr>
      <w:tr w:rsidR="00733DAD" w14:paraId="6A508216" w14:textId="77777777">
        <w:trPr>
          <w:jc w:val="center"/>
        </w:trPr>
        <w:tc>
          <w:tcPr>
            <w:tcW w:w="4195" w:type="dxa"/>
          </w:tcPr>
          <w:p w14:paraId="7202ECAA" w14:textId="77777777" w:rsidR="009D0C36" w:rsidRDefault="00000000">
            <w:r>
              <w:t>Dohodnutá cena dopravy:</w:t>
            </w:r>
          </w:p>
        </w:tc>
        <w:tc>
          <w:tcPr>
            <w:tcW w:w="5556" w:type="dxa"/>
          </w:tcPr>
          <w:p w14:paraId="753E18F6" w14:textId="6A9A14B9" w:rsidR="00733DAD" w:rsidRDefault="00000000">
            <w:pPr>
              <w:spacing w:after="0"/>
            </w:pPr>
            <w:r>
              <w:t xml:space="preserve">........................................ </w:t>
            </w:r>
            <w:r w:rsidR="00C33859">
              <w:t>EUR</w:t>
            </w:r>
          </w:p>
        </w:tc>
      </w:tr>
    </w:tbl>
    <w:p w14:paraId="2D9B7569" w14:textId="44577BE4" w:rsidR="00733DAD" w:rsidRDefault="00000000" w:rsidP="00A0313B">
      <w:r>
        <w:t xml:space="preserve">Informácie k odovzdaniu a doprave: Ak je doprava dohodnutá s predávajúcim, jej spôsob, termín a cena sa dohodnú vopred a zákazník dohodnuté náklady uhradí vopred. V prípade uznania reklamácie ako oprávnenej a potvrdenia záručnej vady budú zákazníkovi preplatené účelne vynaložené náklady na dohodnutú dopravu. Na posúdenie reklamácie je zákazník povinný umožniť preskúmanie reklamovaného zariadenia. Po dobu, počas ktorej neposkytne potrebnú súčinnosť a neumožní jeho preskúmanie, nemôže plynúť 30-dňová lehota na vybavenie reklamácie. Podrobnosti stanovuje čl. 7.13 </w:t>
      </w:r>
      <w:proofErr w:type="spellStart"/>
      <w:r>
        <w:t>obchodných</w:t>
      </w:r>
      <w:proofErr w:type="spellEnd"/>
      <w:r>
        <w:t xml:space="preserve"> </w:t>
      </w:r>
      <w:proofErr w:type="spellStart"/>
      <w:r>
        <w:t>podmienok</w:t>
      </w:r>
      <w:proofErr w:type="spellEnd"/>
      <w:r>
        <w:t xml:space="preserve"> </w:t>
      </w:r>
      <w:proofErr w:type="spellStart"/>
      <w:r>
        <w:t>Eroute</w:t>
      </w:r>
      <w:proofErr w:type="spellEnd"/>
      <w:r>
        <w:t xml:space="preserve"> dostupných na </w:t>
      </w:r>
      <w:r w:rsidR="00440EDE" w:rsidRPr="00440EDE">
        <w:t>https://www.eroute.sk/obchodne-podmienky/</w:t>
      </w:r>
      <w:r>
        <w:t>.</w:t>
      </w:r>
    </w:p>
    <w:p w14:paraId="3FF41ACE" w14:textId="77777777" w:rsidR="00B5348E" w:rsidRDefault="00B5348E" w:rsidP="00A0313B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733DAD" w14:paraId="31CE88DD" w14:textId="77777777"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12B52CA0" w14:textId="77777777" w:rsidR="009D0C36" w:rsidRDefault="00000000">
            <w:r>
              <w:t>V ................................ dňa ...............................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4B7DBD28" w14:textId="77777777" w:rsidR="009D0C36" w:rsidRDefault="00000000">
            <w:r>
              <w:t>Podpis zákazníka: ........................................</w:t>
            </w:r>
          </w:p>
        </w:tc>
      </w:tr>
      <w:tr w:rsidR="00733DAD" w14:paraId="03644EBC" w14:textId="77777777"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5B655E40" w14:textId="77777777" w:rsidR="009D0C36" w:rsidRDefault="00000000">
            <w:r>
              <w:t>Príloha: kópia dokladu o kúpe</w:t>
            </w:r>
          </w:p>
        </w:tc>
        <w:tc>
          <w:tcPr>
            <w:tcW w:w="5270" w:type="dxa"/>
            <w:tcBorders>
              <w:top w:val="nil"/>
              <w:left w:val="nil"/>
              <w:bottom w:val="nil"/>
              <w:right w:val="nil"/>
            </w:tcBorders>
          </w:tcPr>
          <w:p w14:paraId="5ADDA087" w14:textId="77777777" w:rsidR="00733DAD" w:rsidRDefault="00733DAD">
            <w:pPr>
              <w:spacing w:after="0"/>
            </w:pPr>
          </w:p>
        </w:tc>
      </w:tr>
    </w:tbl>
    <w:p w14:paraId="3A2D4728" w14:textId="77777777" w:rsidR="001A2B25" w:rsidRDefault="001A2B25"/>
    <w:sectPr w:rsidR="001A2B25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9523224">
    <w:abstractNumId w:val="8"/>
  </w:num>
  <w:num w:numId="2" w16cid:durableId="607390651">
    <w:abstractNumId w:val="6"/>
  </w:num>
  <w:num w:numId="3" w16cid:durableId="1606696778">
    <w:abstractNumId w:val="5"/>
  </w:num>
  <w:num w:numId="4" w16cid:durableId="221870747">
    <w:abstractNumId w:val="4"/>
  </w:num>
  <w:num w:numId="5" w16cid:durableId="1377706594">
    <w:abstractNumId w:val="7"/>
  </w:num>
  <w:num w:numId="6" w16cid:durableId="503715057">
    <w:abstractNumId w:val="3"/>
  </w:num>
  <w:num w:numId="7" w16cid:durableId="241985965">
    <w:abstractNumId w:val="2"/>
  </w:num>
  <w:num w:numId="8" w16cid:durableId="2093700545">
    <w:abstractNumId w:val="1"/>
  </w:num>
  <w:num w:numId="9" w16cid:durableId="2381033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2B25"/>
    <w:rsid w:val="0029639D"/>
    <w:rsid w:val="00326F90"/>
    <w:rsid w:val="00440EDE"/>
    <w:rsid w:val="00634BA2"/>
    <w:rsid w:val="00733DAD"/>
    <w:rsid w:val="007B53A4"/>
    <w:rsid w:val="009D0C36"/>
    <w:rsid w:val="00A0313B"/>
    <w:rsid w:val="00AA1D8D"/>
    <w:rsid w:val="00B47730"/>
    <w:rsid w:val="00B5348E"/>
    <w:rsid w:val="00BC031E"/>
    <w:rsid w:val="00C33859"/>
    <w:rsid w:val="00CB0664"/>
    <w:rsid w:val="00E64B24"/>
    <w:rsid w:val="00ED6C6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69CB1"/>
  <w14:defaultImageDpi w14:val="300"/>
  <w15:docId w15:val="{25533B9D-E61B-3247-8C28-58D7E1D1C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40" w:line="240" w:lineRule="auto"/>
    </w:pPr>
    <w:rPr>
      <w:rFonts w:ascii="Arial" w:hAnsi="Arial"/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ED6C6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D6C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2278</Characters>
  <Application>Microsoft Office Word</Application>
  <DocSecurity>0</DocSecurity>
  <Lines>37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Datamatrix s.r.o.</cp:lastModifiedBy>
  <cp:revision>2</cp:revision>
  <dcterms:created xsi:type="dcterms:W3CDTF">2026-10-04T16:49:00Z</dcterms:created>
  <dcterms:modified xsi:type="dcterms:W3CDTF">2026-10-04T16:49:00Z</dcterms:modified>
  <cp:category/>
</cp:coreProperties>
</file>